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FB5A" w14:textId="229358A8" w:rsidR="00FB3CB0" w:rsidRDefault="00000000">
      <w:pPr>
        <w:pStyle w:val="Title"/>
      </w:pPr>
      <w:r>
        <w:t>5-Day Content Plan</w:t>
      </w:r>
    </w:p>
    <w:p w14:paraId="7BBA1D73" w14:textId="622988EA" w:rsidR="00FB3CB0" w:rsidRDefault="00000000" w:rsidP="00657BC3">
      <w:pPr>
        <w:pStyle w:val="Heading1"/>
      </w:pPr>
      <w:r>
        <w:t>Day 1 – Monday: The Why</w:t>
      </w:r>
    </w:p>
    <w:p w14:paraId="2E08BC84" w14:textId="4792ACCD" w:rsidR="00FB3CB0" w:rsidRDefault="00000000">
      <w:r>
        <w:t>Content Type: Thought Leadership Post</w:t>
      </w:r>
    </w:p>
    <w:p w14:paraId="2034D19F" w14:textId="77777777" w:rsidR="00FB3CB0" w:rsidRDefault="00000000">
      <w:r>
        <w:t>Tone: Reflective and heartfelt</w:t>
      </w:r>
    </w:p>
    <w:p w14:paraId="29ABCB78" w14:textId="77777777" w:rsidR="0083240E" w:rsidRPr="0083240E" w:rsidRDefault="00657BC3" w:rsidP="0083240E">
      <w:r>
        <w:t xml:space="preserve">Video notes: </w:t>
      </w:r>
      <w:r w:rsidR="0083240E" w:rsidRPr="0083240E">
        <w:t>When we started Devon Technologies, we weren’t just thinking about software. We were thinking about the lawyer who stays up all night transcribing, the single mother who can’t afford legal fees, the student who gives up because justice feels out of reach.</w:t>
      </w:r>
    </w:p>
    <w:p w14:paraId="3EA98346" w14:textId="77777777" w:rsidR="0083240E" w:rsidRPr="0083240E" w:rsidRDefault="0083240E" w:rsidP="0083240E">
      <w:r w:rsidRPr="0083240E">
        <w:t>Legal tech, for us, has never been about shiny tools. It’s about dignity, access, and people.</w:t>
      </w:r>
    </w:p>
    <w:p w14:paraId="081DF59E" w14:textId="5575D401" w:rsidR="0083240E" w:rsidRPr="0083240E" w:rsidRDefault="0083240E" w:rsidP="0083240E">
      <w:r w:rsidRPr="0083240E">
        <w:t xml:space="preserve">As the first CEO of Devon Technologies, I carry that vision with pride and humility. But the real strength of this journey lies in the people walking it with me. Our board of directors are not just overseers they are </w:t>
      </w:r>
      <w:r w:rsidRPr="0083240E">
        <w:t>the foundation</w:t>
      </w:r>
      <w:r w:rsidRPr="0083240E">
        <w:t>,</w:t>
      </w:r>
      <w:r w:rsidRPr="0083240E">
        <w:t xml:space="preserve"> stakeholders,</w:t>
      </w:r>
      <w:r w:rsidRPr="0083240E">
        <w:t xml:space="preserve"> partners, and co-dreamers, ensuring that every step we take reflects the values we stand for.</w:t>
      </w:r>
    </w:p>
    <w:p w14:paraId="00645212" w14:textId="77777777" w:rsidR="0083240E" w:rsidRPr="0083240E" w:rsidRDefault="0083240E" w:rsidP="0083240E">
      <w:r w:rsidRPr="0083240E">
        <w:t>This is only the beginning. Together, with our board, our team, and our community, we’re shaping a legal space where justice is not delayed, not distant, but accessible to all.</w:t>
      </w:r>
    </w:p>
    <w:p w14:paraId="38541894" w14:textId="121E3FDD" w:rsidR="0083240E" w:rsidRPr="0083240E" w:rsidRDefault="0083240E" w:rsidP="0083240E">
      <w:r w:rsidRPr="0083240E">
        <w:t>— Peter Bemshim</w:t>
      </w:r>
      <w:r>
        <w:t>a</w:t>
      </w:r>
    </w:p>
    <w:p w14:paraId="255A870C" w14:textId="0D3FBAE3" w:rsidR="00FB3CB0" w:rsidRDefault="00FB3CB0"/>
    <w:p w14:paraId="1CFB9960" w14:textId="77777777" w:rsidR="00FB3CB0" w:rsidRDefault="00000000">
      <w:r>
        <w:t>KPI: Reach &amp; Impressions</w:t>
      </w:r>
    </w:p>
    <w:p w14:paraId="7B37AC52" w14:textId="77777777" w:rsidR="00FB3CB0" w:rsidRDefault="00FB3CB0"/>
    <w:p w14:paraId="61C4E931" w14:textId="37C40216" w:rsidR="00FB3CB0" w:rsidRDefault="00000000" w:rsidP="00657BC3">
      <w:pPr>
        <w:pStyle w:val="Heading1"/>
      </w:pPr>
      <w:r>
        <w:t>Day 2 – Tuesday: Pull Back the Curtain</w:t>
      </w:r>
    </w:p>
    <w:p w14:paraId="5A32D6DD" w14:textId="4D22B895" w:rsidR="00FB3CB0" w:rsidRDefault="00000000">
      <w:r>
        <w:t>Content Type: Behind</w:t>
      </w:r>
      <w:r w:rsidR="0073655F">
        <w:t xml:space="preserve"> </w:t>
      </w:r>
      <w:r>
        <w:t>the</w:t>
      </w:r>
      <w:r w:rsidR="0073655F">
        <w:t xml:space="preserve"> </w:t>
      </w:r>
      <w:r>
        <w:t>scenes story</w:t>
      </w:r>
      <w:r w:rsidR="00657BC3">
        <w:t xml:space="preserve"> by the devon team</w:t>
      </w:r>
    </w:p>
    <w:p w14:paraId="6B69C2DC" w14:textId="77777777" w:rsidR="00FB3CB0" w:rsidRDefault="00000000">
      <w:r>
        <w:t>Tone: Honest, raw, human</w:t>
      </w:r>
    </w:p>
    <w:p w14:paraId="53656550" w14:textId="5E4505DA" w:rsidR="00FB3CB0" w:rsidRDefault="00657BC3">
      <w:r>
        <w:t xml:space="preserve">Video notes: Show snapshots of the messy, human side of building </w:t>
      </w:r>
      <w:proofErr w:type="spellStart"/>
      <w:r>
        <w:t>JudicAI</w:t>
      </w:r>
      <w:proofErr w:type="spellEnd"/>
      <w:r w:rsidR="00054325">
        <w:t xml:space="preserve"> </w:t>
      </w:r>
      <w:r>
        <w:t>coffee-stained notes, team laughter at 2 a.m., sticky notes everywhere. Caption with: “This wasn’t just built with code. It was built with heart, patience, and the belief that every barrier to justice can be broken down.”</w:t>
      </w:r>
    </w:p>
    <w:p w14:paraId="73EC7D69" w14:textId="77777777" w:rsidR="00FB3CB0" w:rsidRDefault="00000000">
      <w:r>
        <w:t>KPI: Engagement</w:t>
      </w:r>
    </w:p>
    <w:p w14:paraId="52940CB2" w14:textId="77777777" w:rsidR="00FB3CB0" w:rsidRDefault="00FB3CB0"/>
    <w:p w14:paraId="6DA73E77" w14:textId="4E5DEB97" w:rsidR="00FB3CB0" w:rsidRDefault="00000000" w:rsidP="00054325">
      <w:pPr>
        <w:pStyle w:val="Heading1"/>
      </w:pPr>
      <w:r>
        <w:lastRenderedPageBreak/>
        <w:t>Day 3 – Wednesday: Bust the Myths</w:t>
      </w:r>
    </w:p>
    <w:p w14:paraId="44143F69" w14:textId="113A510C" w:rsidR="00FB3CB0" w:rsidRDefault="00000000">
      <w:r>
        <w:t>Content Type: Educational</w:t>
      </w:r>
    </w:p>
    <w:p w14:paraId="57D17370" w14:textId="77777777" w:rsidR="00FB3CB0" w:rsidRDefault="00000000">
      <w:r>
        <w:t>Tone: Conversational, approachable</w:t>
      </w:r>
    </w:p>
    <w:p w14:paraId="319A6274" w14:textId="0ABFCE1E" w:rsidR="0050340A" w:rsidRDefault="00657BC3" w:rsidP="00657BC3">
      <w:r>
        <w:t>Video notes:</w:t>
      </w:r>
      <w:r w:rsidR="0050340A">
        <w:t xml:space="preserve"> what are some of the myths about legal tech?</w:t>
      </w:r>
    </w:p>
    <w:p w14:paraId="58809737" w14:textId="4A080AFD" w:rsidR="00657BC3" w:rsidRPr="00657BC3" w:rsidRDefault="00000000" w:rsidP="00657BC3">
      <w:r>
        <w:t xml:space="preserve"> </w:t>
      </w:r>
      <w:r w:rsidR="00657BC3" w:rsidRPr="00657BC3">
        <w:rPr>
          <w:b/>
          <w:bCs/>
        </w:rPr>
        <w:t>Myth: Nigerian clients won’t trust digital platforms for legal work. → Truth: People already use apps for banking, transport, and healthcare legal services can be just as accessible and trustworthy.</w:t>
      </w:r>
    </w:p>
    <w:p w14:paraId="5835F37E" w14:textId="77777777" w:rsidR="00657BC3" w:rsidRPr="00657BC3" w:rsidRDefault="00657BC3" w:rsidP="00657BC3">
      <w:r w:rsidRPr="00657BC3">
        <w:rPr>
          <w:b/>
          <w:bCs/>
        </w:rPr>
        <w:t>Myth: Legal tech means lawyers will lose their jobs. → Truth: It doesn’t replace lawyers; it handles routine tasks so they can focus on strategy, advocacy, and personal client care.</w:t>
      </w:r>
    </w:p>
    <w:p w14:paraId="28CB1E43" w14:textId="73C9777F" w:rsidR="00657BC3" w:rsidRPr="00657BC3" w:rsidRDefault="00657BC3" w:rsidP="00657BC3">
      <w:r w:rsidRPr="00657BC3">
        <w:rPr>
          <w:b/>
          <w:bCs/>
        </w:rPr>
        <w:t xml:space="preserve">Myth: Without government backing, legal tech can’t survive here. → Truth: Innovation in Nigeria often grows from the ground up fintech, </w:t>
      </w:r>
      <w:proofErr w:type="spellStart"/>
      <w:r w:rsidRPr="00657BC3">
        <w:rPr>
          <w:b/>
          <w:bCs/>
        </w:rPr>
        <w:t>healthtech</w:t>
      </w:r>
      <w:proofErr w:type="spellEnd"/>
      <w:r w:rsidRPr="00657BC3">
        <w:rPr>
          <w:b/>
          <w:bCs/>
        </w:rPr>
        <w:t>, and edtech all scaled before formal regulation caught up.</w:t>
      </w:r>
    </w:p>
    <w:p w14:paraId="1354C2FD" w14:textId="18B04488" w:rsidR="00657BC3" w:rsidRPr="00657BC3" w:rsidRDefault="00657BC3" w:rsidP="00657BC3">
      <w:r w:rsidRPr="00657BC3">
        <w:rPr>
          <w:b/>
          <w:bCs/>
        </w:rPr>
        <w:t xml:space="preserve">Myth: Legal tech is too expensive for the average lawyer. → Truth: </w:t>
      </w:r>
      <w:r w:rsidR="00843ECD">
        <w:rPr>
          <w:b/>
          <w:bCs/>
        </w:rPr>
        <w:t>our</w:t>
      </w:r>
      <w:r w:rsidRPr="00657BC3">
        <w:rPr>
          <w:b/>
          <w:bCs/>
        </w:rPr>
        <w:t xml:space="preserve"> platform </w:t>
      </w:r>
      <w:r w:rsidR="00843ECD">
        <w:rPr>
          <w:b/>
          <w:bCs/>
        </w:rPr>
        <w:t>is</w:t>
      </w:r>
      <w:r w:rsidRPr="00657BC3">
        <w:rPr>
          <w:b/>
          <w:bCs/>
        </w:rPr>
        <w:t xml:space="preserve"> subscription-based or pay-as-you-go, making them cheaper than hiring extra staff.</w:t>
      </w:r>
      <w:r w:rsidR="00054325">
        <w:rPr>
          <w:b/>
          <w:bCs/>
        </w:rPr>
        <w:t xml:space="preserve"> By team members.</w:t>
      </w:r>
    </w:p>
    <w:p w14:paraId="194676CB" w14:textId="35C924CD" w:rsidR="00FB3CB0" w:rsidRDefault="00FB3CB0"/>
    <w:p w14:paraId="3F47FAD3" w14:textId="77777777" w:rsidR="00FB3CB0" w:rsidRDefault="00000000">
      <w:r>
        <w:t>KPI: Engagement</w:t>
      </w:r>
    </w:p>
    <w:p w14:paraId="476E4984" w14:textId="77777777" w:rsidR="00FB3CB0" w:rsidRDefault="00FB3CB0"/>
    <w:p w14:paraId="48DAAF3A" w14:textId="2C14C5FD" w:rsidR="00FB3CB0" w:rsidRDefault="00000000" w:rsidP="00843ECD">
      <w:pPr>
        <w:pStyle w:val="Heading1"/>
      </w:pPr>
      <w:r>
        <w:t>Day 4 – Thursday: Community Voices</w:t>
      </w:r>
    </w:p>
    <w:p w14:paraId="08810D6E" w14:textId="77777777" w:rsidR="00FB3CB0" w:rsidRDefault="00000000">
      <w:r>
        <w:t>Content Type: Interactive Q&amp;A</w:t>
      </w:r>
    </w:p>
    <w:p w14:paraId="59ECE1C4" w14:textId="77777777" w:rsidR="00FB3CB0" w:rsidRDefault="00000000">
      <w:r>
        <w:t>Tone: Listening, empathetic</w:t>
      </w:r>
    </w:p>
    <w:p w14:paraId="6F9E0DDE" w14:textId="2C0154F5" w:rsidR="00FB3CB0" w:rsidRDefault="00657BC3">
      <w:r>
        <w:t xml:space="preserve">Video notes: Ask: “What’s the biggest barrier to justice in </w:t>
      </w:r>
      <w:proofErr w:type="spellStart"/>
      <w:proofErr w:type="gramStart"/>
      <w:r>
        <w:t>Nigeria?Follow</w:t>
      </w:r>
      <w:proofErr w:type="spellEnd"/>
      <w:proofErr w:type="gramEnd"/>
      <w:r>
        <w:t xml:space="preserve"> up with short video replies fr</w:t>
      </w:r>
      <w:r w:rsidR="0050340A">
        <w:t>om the Devon team.</w:t>
      </w:r>
    </w:p>
    <w:p w14:paraId="7193EA37" w14:textId="518C7708" w:rsidR="008D4EDB" w:rsidRPr="008D4EDB" w:rsidRDefault="008D4EDB" w:rsidP="008D4EDB">
      <w:pPr>
        <w:rPr>
          <w:b/>
          <w:bCs/>
        </w:rPr>
      </w:pPr>
      <w:r>
        <w:rPr>
          <w:b/>
          <w:bCs/>
        </w:rPr>
        <w:t>REPLIES</w:t>
      </w:r>
    </w:p>
    <w:p w14:paraId="528D3145" w14:textId="77777777" w:rsidR="008D4EDB" w:rsidRPr="008D4EDB" w:rsidRDefault="008D4EDB" w:rsidP="008D4EDB">
      <w:pPr>
        <w:rPr>
          <w:b/>
          <w:bCs/>
        </w:rPr>
      </w:pPr>
      <w:r w:rsidRPr="008D4EDB">
        <w:rPr>
          <w:b/>
          <w:bCs/>
        </w:rPr>
        <w:t>1. Cost of Legal Services</w:t>
      </w:r>
    </w:p>
    <w:p w14:paraId="0DA8167C" w14:textId="77777777" w:rsidR="008D4EDB" w:rsidRPr="008D4EDB" w:rsidRDefault="008D4EDB" w:rsidP="008D4EDB">
      <w:pPr>
        <w:numPr>
          <w:ilvl w:val="0"/>
          <w:numId w:val="13"/>
        </w:numPr>
        <w:rPr>
          <w:b/>
          <w:bCs/>
        </w:rPr>
      </w:pPr>
      <w:r w:rsidRPr="008D4EDB">
        <w:rPr>
          <w:b/>
          <w:bCs/>
        </w:rPr>
        <w:t>For most Nigerians, hiring a lawyer or pursuing a case in court is simply too expensive.</w:t>
      </w:r>
    </w:p>
    <w:p w14:paraId="0473548A" w14:textId="77777777" w:rsidR="008D4EDB" w:rsidRPr="008D4EDB" w:rsidRDefault="008D4EDB" w:rsidP="008D4EDB">
      <w:pPr>
        <w:numPr>
          <w:ilvl w:val="0"/>
          <w:numId w:val="13"/>
        </w:numPr>
        <w:rPr>
          <w:b/>
          <w:bCs/>
        </w:rPr>
      </w:pPr>
      <w:r w:rsidRPr="008D4EDB">
        <w:rPr>
          <w:b/>
          <w:bCs/>
        </w:rPr>
        <w:t>Filing fees, transport, and the time lost while cases drag on also add up.</w:t>
      </w:r>
    </w:p>
    <w:p w14:paraId="577EDC2B" w14:textId="77777777" w:rsidR="008D4EDB" w:rsidRPr="008D4EDB" w:rsidRDefault="008D4EDB" w:rsidP="008D4EDB">
      <w:pPr>
        <w:rPr>
          <w:b/>
          <w:bCs/>
        </w:rPr>
      </w:pPr>
      <w:r w:rsidRPr="008D4EDB">
        <w:rPr>
          <w:b/>
          <w:bCs/>
        </w:rPr>
        <w:t>2. Delays and Case Backlog</w:t>
      </w:r>
    </w:p>
    <w:p w14:paraId="4CB6E222" w14:textId="63D9061F" w:rsidR="008D4EDB" w:rsidRPr="0083240E" w:rsidRDefault="008D4EDB" w:rsidP="0083240E">
      <w:pPr>
        <w:numPr>
          <w:ilvl w:val="0"/>
          <w:numId w:val="14"/>
        </w:numPr>
        <w:rPr>
          <w:b/>
          <w:bCs/>
        </w:rPr>
      </w:pPr>
      <w:r w:rsidRPr="008D4EDB">
        <w:rPr>
          <w:b/>
          <w:bCs/>
        </w:rPr>
        <w:lastRenderedPageBreak/>
        <w:t>Courts are overloaded, and cases can take years sometimes decades to conclud</w:t>
      </w:r>
      <w:r w:rsidR="0083240E">
        <w:rPr>
          <w:b/>
          <w:bCs/>
        </w:rPr>
        <w:t>e</w:t>
      </w:r>
      <w:r w:rsidRPr="008D4EDB">
        <w:rPr>
          <w:b/>
          <w:bCs/>
        </w:rPr>
        <w:t>.</w:t>
      </w:r>
      <w:r w:rsidR="0083240E">
        <w:rPr>
          <w:b/>
          <w:bCs/>
        </w:rPr>
        <w:t xml:space="preserve"> </w:t>
      </w:r>
      <w:proofErr w:type="spellStart"/>
      <w:r w:rsidR="0083240E">
        <w:rPr>
          <w:b/>
          <w:bCs/>
        </w:rPr>
        <w:t>Examles</w:t>
      </w:r>
      <w:proofErr w:type="spellEnd"/>
      <w:r w:rsidR="0083240E">
        <w:rPr>
          <w:b/>
          <w:bCs/>
        </w:rPr>
        <w:t xml:space="preserve">, </w:t>
      </w:r>
      <w:proofErr w:type="gramStart"/>
      <w:r w:rsidR="0083240E" w:rsidRPr="0083240E">
        <w:rPr>
          <w:b/>
          <w:bCs/>
        </w:rPr>
        <w:t>I</w:t>
      </w:r>
      <w:r w:rsidR="0083240E">
        <w:rPr>
          <w:b/>
          <w:bCs/>
        </w:rPr>
        <w:t>n</w:t>
      </w:r>
      <w:proofErr w:type="gramEnd"/>
      <w:r w:rsidR="0083240E" w:rsidRPr="0083240E">
        <w:rPr>
          <w:b/>
          <w:bCs/>
        </w:rPr>
        <w:t xml:space="preserve"> 2010, SERAP sued the Nigerian government over the neglect of basic education. The ECOWAS Court only ruled in 2017 a seven-year wait for justice. Cases like this show how delays can shut people out of their rights.</w:t>
      </w:r>
      <w:r w:rsidR="0083240E">
        <w:rPr>
          <w:b/>
          <w:bCs/>
        </w:rPr>
        <w:t xml:space="preserve"> </w:t>
      </w:r>
      <w:r w:rsidR="0083240E" w:rsidRPr="0083240E">
        <w:rPr>
          <w:b/>
          <w:bCs/>
        </w:rPr>
        <w:t>Our app tackles that gap: it streamlines filings, tracks timelines, so access to justice isn’t held hostage</w:t>
      </w:r>
      <w:r w:rsidR="0083240E" w:rsidRPr="0083240E">
        <w:rPr>
          <w:b/>
          <w:bCs/>
        </w:rPr>
        <w:t>.</w:t>
      </w:r>
    </w:p>
    <w:p w14:paraId="1F0E1E1A" w14:textId="77777777" w:rsidR="008D4EDB" w:rsidRPr="008D4EDB" w:rsidRDefault="008D4EDB" w:rsidP="008D4EDB">
      <w:pPr>
        <w:rPr>
          <w:b/>
          <w:bCs/>
        </w:rPr>
      </w:pPr>
      <w:r w:rsidRPr="008D4EDB">
        <w:rPr>
          <w:b/>
          <w:bCs/>
        </w:rPr>
        <w:t>3. Limited Legal Awareness</w:t>
      </w:r>
    </w:p>
    <w:p w14:paraId="7BA5868F" w14:textId="77777777" w:rsidR="008D4EDB" w:rsidRPr="008D4EDB" w:rsidRDefault="008D4EDB" w:rsidP="008D4EDB">
      <w:pPr>
        <w:numPr>
          <w:ilvl w:val="0"/>
          <w:numId w:val="15"/>
        </w:numPr>
        <w:rPr>
          <w:b/>
          <w:bCs/>
        </w:rPr>
      </w:pPr>
      <w:r w:rsidRPr="008D4EDB">
        <w:rPr>
          <w:b/>
          <w:bCs/>
        </w:rPr>
        <w:t>Many people don’t know their rights, or even how and where to access legal help.</w:t>
      </w:r>
    </w:p>
    <w:p w14:paraId="18282838" w14:textId="77777777" w:rsidR="008D4EDB" w:rsidRPr="008D4EDB" w:rsidRDefault="008D4EDB" w:rsidP="008D4EDB">
      <w:pPr>
        <w:numPr>
          <w:ilvl w:val="0"/>
          <w:numId w:val="15"/>
        </w:numPr>
        <w:rPr>
          <w:b/>
          <w:bCs/>
        </w:rPr>
      </w:pPr>
      <w:r w:rsidRPr="008D4EDB">
        <w:rPr>
          <w:b/>
          <w:bCs/>
        </w:rPr>
        <w:t>Legal processes are full of jargon, which can intimidate or confuse ordinary citizens.</w:t>
      </w:r>
    </w:p>
    <w:p w14:paraId="579BA104" w14:textId="77777777" w:rsidR="008D4EDB" w:rsidRPr="008D4EDB" w:rsidRDefault="008D4EDB" w:rsidP="008D4EDB">
      <w:pPr>
        <w:rPr>
          <w:b/>
          <w:bCs/>
        </w:rPr>
      </w:pPr>
      <w:r w:rsidRPr="008D4EDB">
        <w:rPr>
          <w:b/>
          <w:bCs/>
        </w:rPr>
        <w:t>4. Corruption</w:t>
      </w:r>
    </w:p>
    <w:p w14:paraId="087D0AE5" w14:textId="77777777" w:rsidR="008D4EDB" w:rsidRPr="008D4EDB" w:rsidRDefault="008D4EDB" w:rsidP="008D4EDB">
      <w:pPr>
        <w:numPr>
          <w:ilvl w:val="0"/>
          <w:numId w:val="16"/>
        </w:numPr>
        <w:rPr>
          <w:b/>
          <w:bCs/>
        </w:rPr>
      </w:pPr>
      <w:r w:rsidRPr="008D4EDB">
        <w:rPr>
          <w:b/>
          <w:bCs/>
        </w:rPr>
        <w:t>Bribery and “settling” cases outside the formal system often determine outcomes.</w:t>
      </w:r>
    </w:p>
    <w:p w14:paraId="4017B102" w14:textId="77777777" w:rsidR="008D4EDB" w:rsidRPr="008D4EDB" w:rsidRDefault="008D4EDB" w:rsidP="008D4EDB">
      <w:pPr>
        <w:numPr>
          <w:ilvl w:val="0"/>
          <w:numId w:val="16"/>
        </w:numPr>
        <w:rPr>
          <w:b/>
          <w:bCs/>
        </w:rPr>
      </w:pPr>
      <w:r w:rsidRPr="008D4EDB">
        <w:rPr>
          <w:b/>
          <w:bCs/>
        </w:rPr>
        <w:t>This makes justice feel like something only the well-connected can afford.</w:t>
      </w:r>
    </w:p>
    <w:p w14:paraId="67EE6DF2" w14:textId="77777777" w:rsidR="008D4EDB" w:rsidRPr="008D4EDB" w:rsidRDefault="008D4EDB" w:rsidP="008D4EDB">
      <w:pPr>
        <w:rPr>
          <w:b/>
          <w:bCs/>
        </w:rPr>
      </w:pPr>
      <w:r w:rsidRPr="008D4EDB">
        <w:rPr>
          <w:b/>
          <w:bCs/>
        </w:rPr>
        <w:t>5. Geographical Barriers</w:t>
      </w:r>
    </w:p>
    <w:p w14:paraId="40FCBD0C" w14:textId="77777777" w:rsidR="008D4EDB" w:rsidRPr="008D4EDB" w:rsidRDefault="008D4EDB" w:rsidP="008D4EDB">
      <w:pPr>
        <w:numPr>
          <w:ilvl w:val="0"/>
          <w:numId w:val="17"/>
        </w:numPr>
        <w:rPr>
          <w:b/>
          <w:bCs/>
        </w:rPr>
      </w:pPr>
      <w:r w:rsidRPr="008D4EDB">
        <w:rPr>
          <w:b/>
          <w:bCs/>
        </w:rPr>
        <w:t>Courts and law firms are concentrated in urban centers.</w:t>
      </w:r>
    </w:p>
    <w:p w14:paraId="3AED50EC" w14:textId="77777777" w:rsidR="008D4EDB" w:rsidRPr="008D4EDB" w:rsidRDefault="008D4EDB" w:rsidP="008D4EDB">
      <w:pPr>
        <w:numPr>
          <w:ilvl w:val="0"/>
          <w:numId w:val="17"/>
        </w:numPr>
        <w:rPr>
          <w:b/>
          <w:bCs/>
        </w:rPr>
      </w:pPr>
      <w:r w:rsidRPr="008D4EDB">
        <w:rPr>
          <w:b/>
          <w:bCs/>
        </w:rPr>
        <w:t>People in rural or remote areas have to travel long distances, which is costly and discouraging.</w:t>
      </w:r>
    </w:p>
    <w:p w14:paraId="3D46463A" w14:textId="77777777" w:rsidR="008D4EDB" w:rsidRPr="008D4EDB" w:rsidRDefault="008D4EDB" w:rsidP="008D4EDB">
      <w:pPr>
        <w:rPr>
          <w:b/>
          <w:bCs/>
        </w:rPr>
      </w:pPr>
      <w:r w:rsidRPr="008D4EDB">
        <w:rPr>
          <w:b/>
          <w:bCs/>
        </w:rPr>
        <w:t>6. Inadequate Legal Aid</w:t>
      </w:r>
    </w:p>
    <w:p w14:paraId="4C00E667" w14:textId="77777777" w:rsidR="008D4EDB" w:rsidRPr="008D4EDB" w:rsidRDefault="008D4EDB" w:rsidP="008D4EDB">
      <w:pPr>
        <w:numPr>
          <w:ilvl w:val="0"/>
          <w:numId w:val="18"/>
        </w:numPr>
        <w:rPr>
          <w:b/>
          <w:bCs/>
        </w:rPr>
      </w:pPr>
      <w:r w:rsidRPr="008D4EDB">
        <w:rPr>
          <w:b/>
          <w:bCs/>
        </w:rPr>
        <w:t>Nigeria’s Legal Aid Council is underfunded and overstretched.</w:t>
      </w:r>
    </w:p>
    <w:p w14:paraId="5993D442" w14:textId="77777777" w:rsidR="008D4EDB" w:rsidRPr="008D4EDB" w:rsidRDefault="008D4EDB" w:rsidP="008D4EDB">
      <w:pPr>
        <w:numPr>
          <w:ilvl w:val="0"/>
          <w:numId w:val="18"/>
        </w:numPr>
        <w:rPr>
          <w:b/>
          <w:bCs/>
        </w:rPr>
      </w:pPr>
      <w:r w:rsidRPr="008D4EDB">
        <w:rPr>
          <w:b/>
          <w:bCs/>
        </w:rPr>
        <w:t>Pro bono culture exists but isn’t strong enough to cover the huge demand.</w:t>
      </w:r>
    </w:p>
    <w:p w14:paraId="1742D5D3" w14:textId="77777777" w:rsidR="008D4EDB" w:rsidRPr="008D4EDB" w:rsidRDefault="008D4EDB" w:rsidP="008D4EDB">
      <w:pPr>
        <w:rPr>
          <w:b/>
          <w:bCs/>
        </w:rPr>
      </w:pPr>
      <w:r w:rsidRPr="008D4EDB">
        <w:rPr>
          <w:b/>
          <w:bCs/>
        </w:rPr>
        <w:t>7. Language and Literacy</w:t>
      </w:r>
    </w:p>
    <w:p w14:paraId="7A11BE10" w14:textId="77777777" w:rsidR="008D4EDB" w:rsidRPr="008D4EDB" w:rsidRDefault="008D4EDB" w:rsidP="008D4EDB">
      <w:pPr>
        <w:numPr>
          <w:ilvl w:val="0"/>
          <w:numId w:val="19"/>
        </w:numPr>
        <w:rPr>
          <w:b/>
          <w:bCs/>
        </w:rPr>
      </w:pPr>
      <w:r w:rsidRPr="008D4EDB">
        <w:rPr>
          <w:b/>
          <w:bCs/>
        </w:rPr>
        <w:t>Proceedings are mostly in English, yet a significant portion of the population is more comfortable in local languages.</w:t>
      </w:r>
    </w:p>
    <w:p w14:paraId="15B577C8" w14:textId="77777777" w:rsidR="008D4EDB" w:rsidRPr="008D4EDB" w:rsidRDefault="008D4EDB" w:rsidP="008D4EDB">
      <w:pPr>
        <w:numPr>
          <w:ilvl w:val="0"/>
          <w:numId w:val="19"/>
        </w:numPr>
        <w:rPr>
          <w:b/>
          <w:bCs/>
        </w:rPr>
      </w:pPr>
      <w:r w:rsidRPr="008D4EDB">
        <w:rPr>
          <w:b/>
          <w:bCs/>
        </w:rPr>
        <w:t>Many can’t read or interpret court documents properly.</w:t>
      </w:r>
    </w:p>
    <w:p w14:paraId="6DC0F2D1" w14:textId="77777777" w:rsidR="008D4EDB" w:rsidRPr="008D4EDB" w:rsidRDefault="008D4EDB" w:rsidP="008D4EDB">
      <w:pPr>
        <w:rPr>
          <w:b/>
          <w:bCs/>
        </w:rPr>
      </w:pPr>
      <w:r w:rsidRPr="008D4EDB">
        <w:rPr>
          <w:b/>
          <w:bCs/>
        </w:rPr>
        <w:t>8. Social and Cultural Barriers</w:t>
      </w:r>
    </w:p>
    <w:p w14:paraId="1E3040DA" w14:textId="77777777" w:rsidR="008D4EDB" w:rsidRPr="008D4EDB" w:rsidRDefault="008D4EDB" w:rsidP="008D4EDB">
      <w:pPr>
        <w:numPr>
          <w:ilvl w:val="0"/>
          <w:numId w:val="20"/>
        </w:numPr>
        <w:rPr>
          <w:b/>
          <w:bCs/>
        </w:rPr>
      </w:pPr>
      <w:r w:rsidRPr="008D4EDB">
        <w:rPr>
          <w:b/>
          <w:bCs/>
        </w:rPr>
        <w:t>Gender inequality: women, especially in rural areas, may face stigma or family resistance when seeking justice.</w:t>
      </w:r>
    </w:p>
    <w:p w14:paraId="3C34A7AA" w14:textId="77777777" w:rsidR="008D4EDB" w:rsidRPr="008D4EDB" w:rsidRDefault="008D4EDB" w:rsidP="008D4EDB">
      <w:pPr>
        <w:numPr>
          <w:ilvl w:val="0"/>
          <w:numId w:val="20"/>
        </w:numPr>
        <w:rPr>
          <w:b/>
          <w:bCs/>
        </w:rPr>
      </w:pPr>
      <w:r w:rsidRPr="008D4EDB">
        <w:rPr>
          <w:b/>
          <w:bCs/>
        </w:rPr>
        <w:t>Traditional or religious dispute-resolution systems sometimes discourage formal legal recourse.</w:t>
      </w:r>
    </w:p>
    <w:p w14:paraId="4B10EEA3" w14:textId="77777777" w:rsidR="008D4EDB" w:rsidRPr="008D4EDB" w:rsidRDefault="008D4EDB" w:rsidP="008D4EDB">
      <w:pPr>
        <w:rPr>
          <w:b/>
          <w:bCs/>
        </w:rPr>
      </w:pPr>
      <w:r w:rsidRPr="008D4EDB">
        <w:rPr>
          <w:b/>
          <w:bCs/>
        </w:rPr>
        <w:lastRenderedPageBreak/>
        <w:t>9. Technology Gaps</w:t>
      </w:r>
    </w:p>
    <w:p w14:paraId="639FC0CC" w14:textId="77777777" w:rsidR="008D4EDB" w:rsidRPr="008D4EDB" w:rsidRDefault="008D4EDB" w:rsidP="008D4EDB">
      <w:pPr>
        <w:numPr>
          <w:ilvl w:val="0"/>
          <w:numId w:val="21"/>
        </w:numPr>
        <w:rPr>
          <w:b/>
          <w:bCs/>
        </w:rPr>
      </w:pPr>
      <w:r w:rsidRPr="008D4EDB">
        <w:rPr>
          <w:b/>
          <w:bCs/>
        </w:rPr>
        <w:t>While legal tech is growing, unreliable internet and electricity limit adoption.</w:t>
      </w:r>
    </w:p>
    <w:p w14:paraId="73B0A062" w14:textId="15432B9A" w:rsidR="008D4EDB" w:rsidRPr="008D4EDB" w:rsidRDefault="008D4EDB" w:rsidP="008D4EDB">
      <w:pPr>
        <w:numPr>
          <w:ilvl w:val="0"/>
          <w:numId w:val="21"/>
        </w:numPr>
        <w:rPr>
          <w:b/>
          <w:bCs/>
        </w:rPr>
      </w:pPr>
      <w:r w:rsidRPr="008D4EDB">
        <w:rPr>
          <w:b/>
          <w:bCs/>
        </w:rPr>
        <w:t>Many courts still rely on manual filing and record-keeping.</w:t>
      </w:r>
    </w:p>
    <w:p w14:paraId="1D86EC8B" w14:textId="77777777" w:rsidR="00FB3CB0" w:rsidRDefault="00000000">
      <w:r>
        <w:t>KPI: Community Interaction</w:t>
      </w:r>
    </w:p>
    <w:p w14:paraId="5C2D63BD" w14:textId="77777777" w:rsidR="00FB3CB0" w:rsidRDefault="00FB3CB0"/>
    <w:p w14:paraId="58F42205" w14:textId="7D4E9862" w:rsidR="00FB3CB0" w:rsidRDefault="00000000" w:rsidP="00843ECD">
      <w:pPr>
        <w:pStyle w:val="Heading1"/>
      </w:pPr>
      <w:r>
        <w:t>Day 5 – Friday: A Human Story</w:t>
      </w:r>
    </w:p>
    <w:p w14:paraId="28C9ED70" w14:textId="3BA03C03" w:rsidR="00FB3CB0" w:rsidRDefault="00000000">
      <w:r>
        <w:t xml:space="preserve">Content Type: Explainer with a narrative </w:t>
      </w:r>
    </w:p>
    <w:p w14:paraId="65A6B06F" w14:textId="77777777" w:rsidR="00FB3CB0" w:rsidRDefault="00000000">
      <w:r>
        <w:t>Tone: Storytelling, uplifting</w:t>
      </w:r>
    </w:p>
    <w:p w14:paraId="61204A72" w14:textId="61731EBD" w:rsidR="0043192C" w:rsidRPr="0043192C" w:rsidRDefault="00657BC3" w:rsidP="0043192C">
      <w:r>
        <w:t xml:space="preserve">Video notes: </w:t>
      </w:r>
      <w:r w:rsidR="0043192C" w:rsidRPr="0043192C">
        <w:t xml:space="preserve">The health of Nigerian judges is back in focus following two warnings this month. On </w:t>
      </w:r>
      <w:r w:rsidR="0043192C" w:rsidRPr="0043192C">
        <w:rPr>
          <w:b/>
          <w:bCs/>
        </w:rPr>
        <w:t>7 September 2025</w:t>
      </w:r>
      <w:r w:rsidR="0043192C" w:rsidRPr="0043192C">
        <w:t xml:space="preserve">, rights lawyer </w:t>
      </w:r>
      <w:r w:rsidR="0043192C" w:rsidRPr="0043192C">
        <w:rPr>
          <w:b/>
          <w:bCs/>
        </w:rPr>
        <w:t xml:space="preserve">Chidi </w:t>
      </w:r>
      <w:proofErr w:type="spellStart"/>
      <w:r w:rsidR="0043192C" w:rsidRPr="0043192C">
        <w:rPr>
          <w:b/>
          <w:bCs/>
        </w:rPr>
        <w:t>Odinkalu</w:t>
      </w:r>
      <w:proofErr w:type="spellEnd"/>
      <w:r w:rsidR="0043192C" w:rsidRPr="0043192C">
        <w:t xml:space="preserve"> urged the creation of a Ministry of Judges Welfare, stressing that poor pay, housing, and infrastructure are undermining judicial well-being.</w:t>
      </w:r>
    </w:p>
    <w:p w14:paraId="2ED4F4FF" w14:textId="77777777" w:rsidR="0043192C" w:rsidRPr="0043192C" w:rsidRDefault="0043192C" w:rsidP="0043192C">
      <w:r w:rsidRPr="0043192C">
        <w:t xml:space="preserve">On </w:t>
      </w:r>
      <w:r w:rsidRPr="0043192C">
        <w:rPr>
          <w:b/>
          <w:bCs/>
        </w:rPr>
        <w:t>17 September 2025</w:t>
      </w:r>
      <w:r w:rsidRPr="0043192C">
        <w:t xml:space="preserve">, Ogun State Chief Judge </w:t>
      </w:r>
      <w:r w:rsidRPr="0043192C">
        <w:rPr>
          <w:b/>
          <w:bCs/>
        </w:rPr>
        <w:t xml:space="preserve">Justice </w:t>
      </w:r>
      <w:proofErr w:type="spellStart"/>
      <w:r w:rsidRPr="0043192C">
        <w:rPr>
          <w:b/>
          <w:bCs/>
        </w:rPr>
        <w:t>Mosunmola</w:t>
      </w:r>
      <w:proofErr w:type="spellEnd"/>
      <w:r w:rsidRPr="0043192C">
        <w:rPr>
          <w:b/>
          <w:bCs/>
        </w:rPr>
        <w:t xml:space="preserve"> </w:t>
      </w:r>
      <w:proofErr w:type="spellStart"/>
      <w:r w:rsidRPr="0043192C">
        <w:rPr>
          <w:b/>
          <w:bCs/>
        </w:rPr>
        <w:t>Dipeolu</w:t>
      </w:r>
      <w:proofErr w:type="spellEnd"/>
      <w:r w:rsidRPr="0043192C">
        <w:t xml:space="preserve"> lamented that stagnant salaries and poor working conditions are fueling stress, burnout, hypertension, and other health problems among judges.</w:t>
      </w:r>
    </w:p>
    <w:p w14:paraId="3AC79E99" w14:textId="6EEBA703" w:rsidR="0043192C" w:rsidRPr="0043192C" w:rsidRDefault="0043192C" w:rsidP="0043192C">
      <w:r w:rsidRPr="0043192C">
        <w:t xml:space="preserve">Analysts warn that the strain of overloaded dockets and outdated systems is pushing judges to breaking point. While systemic reforms are urgent, the </w:t>
      </w:r>
      <w:r w:rsidRPr="0043192C">
        <w:rPr>
          <w:b/>
          <w:bCs/>
        </w:rPr>
        <w:t xml:space="preserve">Meet Session app </w:t>
      </w:r>
      <w:r w:rsidRPr="0043192C">
        <w:t>help</w:t>
      </w:r>
      <w:r>
        <w:t>s</w:t>
      </w:r>
      <w:r w:rsidRPr="0043192C">
        <w:t xml:space="preserve"> reduce daily stress by streamlining scheduling and administration, giving judges more space to focus on their core duty justice.</w:t>
      </w:r>
    </w:p>
    <w:p w14:paraId="46CB8EDB" w14:textId="171C23C2" w:rsidR="00FB3CB0" w:rsidRDefault="00FB3CB0"/>
    <w:p w14:paraId="0A343D0E" w14:textId="77777777" w:rsidR="00FB3CB0" w:rsidRDefault="00000000">
      <w:r>
        <w:t>KPI: Engagement &amp; Reach</w:t>
      </w:r>
    </w:p>
    <w:p w14:paraId="02C8AACD" w14:textId="77777777" w:rsidR="0073655F" w:rsidRDefault="0073655F" w:rsidP="0073655F"/>
    <w:p w14:paraId="0ACDA24E" w14:textId="601AE4CE" w:rsidR="0073655F" w:rsidRPr="0073655F" w:rsidRDefault="0073655F" w:rsidP="0073655F">
      <w:r w:rsidRPr="0073655F">
        <w:rPr>
          <w:b/>
          <w:bCs/>
        </w:rPr>
        <w:t xml:space="preserve"> Legal Tech Hashtags</w:t>
      </w:r>
    </w:p>
    <w:p w14:paraId="0DD8478E" w14:textId="77777777" w:rsidR="0073655F" w:rsidRPr="0073655F" w:rsidRDefault="0073655F" w:rsidP="0073655F">
      <w:pPr>
        <w:numPr>
          <w:ilvl w:val="0"/>
          <w:numId w:val="10"/>
        </w:numPr>
      </w:pPr>
      <w:r w:rsidRPr="0073655F">
        <w:t>#LegalTechNigeria</w:t>
      </w:r>
    </w:p>
    <w:p w14:paraId="3D3DD56C" w14:textId="77777777" w:rsidR="0073655F" w:rsidRPr="0073655F" w:rsidRDefault="0073655F" w:rsidP="0073655F">
      <w:pPr>
        <w:numPr>
          <w:ilvl w:val="0"/>
          <w:numId w:val="10"/>
        </w:numPr>
      </w:pPr>
      <w:r w:rsidRPr="0073655F">
        <w:t>#NaijaLaw</w:t>
      </w:r>
    </w:p>
    <w:p w14:paraId="08316AFA" w14:textId="77777777" w:rsidR="0073655F" w:rsidRPr="0073655F" w:rsidRDefault="0073655F" w:rsidP="0073655F">
      <w:pPr>
        <w:numPr>
          <w:ilvl w:val="0"/>
          <w:numId w:val="10"/>
        </w:numPr>
      </w:pPr>
      <w:r w:rsidRPr="0073655F">
        <w:t>#Tech4Justice</w:t>
      </w:r>
    </w:p>
    <w:p w14:paraId="6AE1AB05" w14:textId="77777777" w:rsidR="0073655F" w:rsidRPr="0073655F" w:rsidRDefault="0073655F" w:rsidP="0073655F">
      <w:pPr>
        <w:numPr>
          <w:ilvl w:val="0"/>
          <w:numId w:val="10"/>
        </w:numPr>
      </w:pPr>
      <w:r w:rsidRPr="0073655F">
        <w:t>#AccessToJusticeNG</w:t>
      </w:r>
    </w:p>
    <w:p w14:paraId="133FE87C" w14:textId="0D4B7DA1" w:rsidR="0073655F" w:rsidRPr="0073655F" w:rsidRDefault="0073655F" w:rsidP="0073655F">
      <w:pPr>
        <w:numPr>
          <w:ilvl w:val="0"/>
          <w:numId w:val="10"/>
        </w:numPr>
      </w:pPr>
      <w:r w:rsidRPr="0073655F">
        <w:t>#LawyersInTech</w:t>
      </w:r>
    </w:p>
    <w:p w14:paraId="15C68596" w14:textId="77777777" w:rsidR="0073655F" w:rsidRPr="0073655F" w:rsidRDefault="0073655F" w:rsidP="0073655F">
      <w:pPr>
        <w:numPr>
          <w:ilvl w:val="0"/>
          <w:numId w:val="11"/>
        </w:numPr>
      </w:pPr>
      <w:r w:rsidRPr="0073655F">
        <w:t>#FutureOfLaw</w:t>
      </w:r>
    </w:p>
    <w:p w14:paraId="7BFF893B" w14:textId="77777777" w:rsidR="0073655F" w:rsidRPr="0073655F" w:rsidRDefault="0073655F" w:rsidP="0073655F">
      <w:pPr>
        <w:numPr>
          <w:ilvl w:val="0"/>
          <w:numId w:val="11"/>
        </w:numPr>
      </w:pPr>
      <w:r w:rsidRPr="0073655F">
        <w:lastRenderedPageBreak/>
        <w:t>#LawTech</w:t>
      </w:r>
    </w:p>
    <w:p w14:paraId="1540900D" w14:textId="77777777" w:rsidR="0073655F" w:rsidRPr="0073655F" w:rsidRDefault="0073655F" w:rsidP="0073655F">
      <w:pPr>
        <w:numPr>
          <w:ilvl w:val="0"/>
          <w:numId w:val="11"/>
        </w:numPr>
      </w:pPr>
      <w:r w:rsidRPr="0073655F">
        <w:t>#LegalInnovation</w:t>
      </w:r>
    </w:p>
    <w:p w14:paraId="68E300B0" w14:textId="77777777" w:rsidR="0073655F" w:rsidRPr="0073655F" w:rsidRDefault="0073655F" w:rsidP="0073655F">
      <w:pPr>
        <w:numPr>
          <w:ilvl w:val="0"/>
          <w:numId w:val="11"/>
        </w:numPr>
      </w:pPr>
      <w:r w:rsidRPr="0073655F">
        <w:t>#LawAndTechnology</w:t>
      </w:r>
    </w:p>
    <w:p w14:paraId="3D5A6A9C" w14:textId="306B8AFF" w:rsidR="0073655F" w:rsidRPr="0073655F" w:rsidRDefault="0073655F" w:rsidP="0073655F">
      <w:pPr>
        <w:numPr>
          <w:ilvl w:val="0"/>
          <w:numId w:val="11"/>
        </w:numPr>
      </w:pPr>
      <w:r w:rsidRPr="0073655F">
        <w:t>#JusticeForAll</w:t>
      </w:r>
    </w:p>
    <w:p w14:paraId="50B8BEFC" w14:textId="77777777" w:rsidR="0073655F" w:rsidRPr="0073655F" w:rsidRDefault="0073655F" w:rsidP="0073655F">
      <w:pPr>
        <w:numPr>
          <w:ilvl w:val="0"/>
          <w:numId w:val="12"/>
        </w:numPr>
      </w:pPr>
      <w:r w:rsidRPr="0073655F">
        <w:t>#NaijaInnovation</w:t>
      </w:r>
    </w:p>
    <w:p w14:paraId="5A839AFE" w14:textId="77777777" w:rsidR="0073655F" w:rsidRPr="0073655F" w:rsidRDefault="0073655F" w:rsidP="0073655F">
      <w:pPr>
        <w:numPr>
          <w:ilvl w:val="0"/>
          <w:numId w:val="12"/>
        </w:numPr>
      </w:pPr>
      <w:r w:rsidRPr="0073655F">
        <w:t>#SmartLawyers</w:t>
      </w:r>
    </w:p>
    <w:p w14:paraId="05DDED20" w14:textId="77777777" w:rsidR="0073655F" w:rsidRPr="0073655F" w:rsidRDefault="0073655F" w:rsidP="0073655F">
      <w:pPr>
        <w:numPr>
          <w:ilvl w:val="0"/>
          <w:numId w:val="12"/>
        </w:numPr>
      </w:pPr>
      <w:r w:rsidRPr="0073655F">
        <w:t>#CommunityLaw</w:t>
      </w:r>
    </w:p>
    <w:p w14:paraId="2DDE98DA" w14:textId="77777777" w:rsidR="0073655F" w:rsidRPr="0073655F" w:rsidRDefault="0073655F" w:rsidP="0073655F">
      <w:pPr>
        <w:numPr>
          <w:ilvl w:val="0"/>
          <w:numId w:val="12"/>
        </w:numPr>
      </w:pPr>
      <w:r w:rsidRPr="0073655F">
        <w:t>#LawyersOfNigeria</w:t>
      </w:r>
    </w:p>
    <w:p w14:paraId="4F9AADD3" w14:textId="1A286833" w:rsidR="0073655F" w:rsidRPr="0073655F" w:rsidRDefault="00AE761C" w:rsidP="00AE761C">
      <w:pPr>
        <w:ind w:left="1440" w:firstLine="720"/>
        <w:rPr>
          <w:b/>
          <w:bCs/>
        </w:rPr>
      </w:pPr>
      <w:r>
        <w:rPr>
          <w:b/>
          <w:bCs/>
        </w:rPr>
        <w:t>DRAFTS CONTENT PLAN</w:t>
      </w:r>
    </w:p>
    <w:p w14:paraId="7C0B4E31" w14:textId="77777777" w:rsidR="0073655F" w:rsidRDefault="0073655F" w:rsidP="0073655F"/>
    <w:p w14:paraId="1CDA03FF" w14:textId="7C4CD696" w:rsidR="00AE761C" w:rsidRPr="00AE761C" w:rsidRDefault="00AE761C" w:rsidP="00AE761C">
      <w:r w:rsidRPr="00AE761C">
        <w:rPr>
          <w:b/>
          <w:bCs/>
        </w:rPr>
        <w:t>Introducing Drafts</w:t>
      </w:r>
      <w:r>
        <w:rPr>
          <w:b/>
          <w:bCs/>
        </w:rPr>
        <w:t>,</w:t>
      </w:r>
      <w:r w:rsidRPr="00AE761C">
        <w:rPr>
          <w:b/>
          <w:bCs/>
        </w:rPr>
        <w:t xml:space="preserve"> A Smarter Way to Transcribe with Meet Session</w:t>
      </w:r>
      <w:r w:rsidRPr="00AE761C">
        <w:t xml:space="preserve"> </w:t>
      </w:r>
    </w:p>
    <w:p w14:paraId="1B932431" w14:textId="3716DF11" w:rsidR="00AE761C" w:rsidRPr="00AE761C" w:rsidRDefault="00AE761C" w:rsidP="00AE761C"/>
    <w:p w14:paraId="76E01A1A" w14:textId="77777777" w:rsidR="00AE761C" w:rsidRPr="00AE761C" w:rsidRDefault="00AE761C" w:rsidP="00AE761C">
      <w:r w:rsidRPr="00AE761C">
        <w:t>Ever lost a transcription because of an unexpected phone call?</w:t>
      </w:r>
      <w:r w:rsidRPr="00AE761C">
        <w:br/>
        <w:t>Frustrating, right?</w:t>
      </w:r>
    </w:p>
    <w:p w14:paraId="0E566164" w14:textId="62497C11" w:rsidR="00AE761C" w:rsidRPr="00AE761C" w:rsidRDefault="00AE761C" w:rsidP="00AE761C">
      <w:r w:rsidRPr="00AE761C">
        <w:t xml:space="preserve">With our brand-new </w:t>
      </w:r>
      <w:r w:rsidRPr="00AE761C">
        <w:rPr>
          <w:b/>
          <w:bCs/>
        </w:rPr>
        <w:t>Drafts</w:t>
      </w:r>
      <w:r w:rsidRPr="00AE761C">
        <w:t xml:space="preserve"> feature, Meet Session now automatically </w:t>
      </w:r>
      <w:r w:rsidRPr="00AE761C">
        <w:rPr>
          <w:b/>
          <w:bCs/>
        </w:rPr>
        <w:t>stores and saves interrupted transcriptions</w:t>
      </w:r>
      <w:r w:rsidRPr="00AE761C">
        <w:t>. Whether it’s a call, a text, or life getting in the way, your work is safe</w:t>
      </w:r>
      <w:r>
        <w:t xml:space="preserve"> </w:t>
      </w:r>
      <w:r w:rsidRPr="00AE761C">
        <w:t>ready for you to pick up right where you left off.</w:t>
      </w:r>
    </w:p>
    <w:p w14:paraId="22E2FC3E" w14:textId="2AD126B7" w:rsidR="00AE761C" w:rsidRPr="00AE761C" w:rsidRDefault="00AE761C" w:rsidP="00AE761C">
      <w:r w:rsidRPr="00AE761C">
        <w:t xml:space="preserve">This update comes straight from your feedback. You asked, we listened, we built it. </w:t>
      </w:r>
    </w:p>
    <w:p w14:paraId="78F391DD" w14:textId="382991C9" w:rsidR="00AE761C" w:rsidRPr="00AE761C" w:rsidRDefault="00AE761C" w:rsidP="00AE761C">
      <w:r w:rsidRPr="00AE761C">
        <w:t xml:space="preserve"> Update your Meet Session app today and enjoy smoother, safer transcriptions.</w:t>
      </w:r>
    </w:p>
    <w:p w14:paraId="266BA60A" w14:textId="28C5BC9D" w:rsidR="0073655F" w:rsidRDefault="0073655F"/>
    <w:sectPr w:rsidR="0073655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7833BE"/>
    <w:multiLevelType w:val="multilevel"/>
    <w:tmpl w:val="90DE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F23E5C"/>
    <w:multiLevelType w:val="multilevel"/>
    <w:tmpl w:val="3EE8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80CA5"/>
    <w:multiLevelType w:val="multilevel"/>
    <w:tmpl w:val="A0A6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630CBF"/>
    <w:multiLevelType w:val="multilevel"/>
    <w:tmpl w:val="4F76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D565F"/>
    <w:multiLevelType w:val="multilevel"/>
    <w:tmpl w:val="65DE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46C0F"/>
    <w:multiLevelType w:val="multilevel"/>
    <w:tmpl w:val="A95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6C0FCD"/>
    <w:multiLevelType w:val="multilevel"/>
    <w:tmpl w:val="D09A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9913A5"/>
    <w:multiLevelType w:val="multilevel"/>
    <w:tmpl w:val="BF466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583B6A"/>
    <w:multiLevelType w:val="multilevel"/>
    <w:tmpl w:val="2B0C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6749D"/>
    <w:multiLevelType w:val="multilevel"/>
    <w:tmpl w:val="F42E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C72A25"/>
    <w:multiLevelType w:val="multilevel"/>
    <w:tmpl w:val="1C32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44631C"/>
    <w:multiLevelType w:val="multilevel"/>
    <w:tmpl w:val="C7BA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602875">
    <w:abstractNumId w:val="8"/>
  </w:num>
  <w:num w:numId="2" w16cid:durableId="1334337669">
    <w:abstractNumId w:val="6"/>
  </w:num>
  <w:num w:numId="3" w16cid:durableId="283930945">
    <w:abstractNumId w:val="5"/>
  </w:num>
  <w:num w:numId="4" w16cid:durableId="1183477888">
    <w:abstractNumId w:val="4"/>
  </w:num>
  <w:num w:numId="5" w16cid:durableId="776483935">
    <w:abstractNumId w:val="7"/>
  </w:num>
  <w:num w:numId="6" w16cid:durableId="1137843088">
    <w:abstractNumId w:val="3"/>
  </w:num>
  <w:num w:numId="7" w16cid:durableId="103423341">
    <w:abstractNumId w:val="2"/>
  </w:num>
  <w:num w:numId="8" w16cid:durableId="1467040739">
    <w:abstractNumId w:val="1"/>
  </w:num>
  <w:num w:numId="9" w16cid:durableId="1571234894">
    <w:abstractNumId w:val="0"/>
  </w:num>
  <w:num w:numId="10" w16cid:durableId="13389648">
    <w:abstractNumId w:val="11"/>
  </w:num>
  <w:num w:numId="11" w16cid:durableId="197549398">
    <w:abstractNumId w:val="19"/>
  </w:num>
  <w:num w:numId="12" w16cid:durableId="496580781">
    <w:abstractNumId w:val="20"/>
  </w:num>
  <w:num w:numId="13" w16cid:durableId="908735403">
    <w:abstractNumId w:val="12"/>
  </w:num>
  <w:num w:numId="14" w16cid:durableId="351152267">
    <w:abstractNumId w:val="18"/>
  </w:num>
  <w:num w:numId="15" w16cid:durableId="1151822594">
    <w:abstractNumId w:val="9"/>
  </w:num>
  <w:num w:numId="16" w16cid:durableId="1289119780">
    <w:abstractNumId w:val="17"/>
  </w:num>
  <w:num w:numId="17" w16cid:durableId="1360087935">
    <w:abstractNumId w:val="16"/>
  </w:num>
  <w:num w:numId="18" w16cid:durableId="253242202">
    <w:abstractNumId w:val="10"/>
  </w:num>
  <w:num w:numId="19" w16cid:durableId="1653020778">
    <w:abstractNumId w:val="14"/>
  </w:num>
  <w:num w:numId="20" w16cid:durableId="810052740">
    <w:abstractNumId w:val="15"/>
  </w:num>
  <w:num w:numId="21" w16cid:durableId="8802445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325"/>
    <w:rsid w:val="0006063C"/>
    <w:rsid w:val="0015074B"/>
    <w:rsid w:val="00164F19"/>
    <w:rsid w:val="001E390D"/>
    <w:rsid w:val="001E6DEE"/>
    <w:rsid w:val="0029639D"/>
    <w:rsid w:val="00326F90"/>
    <w:rsid w:val="00372759"/>
    <w:rsid w:val="0043192C"/>
    <w:rsid w:val="00477AD6"/>
    <w:rsid w:val="004E03D9"/>
    <w:rsid w:val="0050340A"/>
    <w:rsid w:val="00606FCD"/>
    <w:rsid w:val="00657BC3"/>
    <w:rsid w:val="00673DF5"/>
    <w:rsid w:val="006D64BC"/>
    <w:rsid w:val="0073655F"/>
    <w:rsid w:val="00816436"/>
    <w:rsid w:val="0083240E"/>
    <w:rsid w:val="00843ECD"/>
    <w:rsid w:val="008D4EDB"/>
    <w:rsid w:val="00933AF1"/>
    <w:rsid w:val="00A24266"/>
    <w:rsid w:val="00A31BA6"/>
    <w:rsid w:val="00AA03AE"/>
    <w:rsid w:val="00AA1D8D"/>
    <w:rsid w:val="00AE761C"/>
    <w:rsid w:val="00B47730"/>
    <w:rsid w:val="00C81787"/>
    <w:rsid w:val="00CB0664"/>
    <w:rsid w:val="00EB557D"/>
    <w:rsid w:val="00FB3C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C3FDD"/>
  <w14:defaultImageDpi w14:val="300"/>
  <w15:docId w15:val="{53774C9F-177F-40E2-92CC-D1215F4F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57B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Emmanuel Akaazua</cp:lastModifiedBy>
  <cp:revision>15</cp:revision>
  <dcterms:created xsi:type="dcterms:W3CDTF">2025-09-25T10:40:00Z</dcterms:created>
  <dcterms:modified xsi:type="dcterms:W3CDTF">2025-09-25T14:15:00Z</dcterms:modified>
  <cp:category/>
</cp:coreProperties>
</file>